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39C1A" w14:textId="77777777" w:rsidR="00560679" w:rsidRDefault="00560679">
      <w:pPr>
        <w:jc w:val="center"/>
        <w:rPr>
          <w:b/>
        </w:rPr>
      </w:pPr>
    </w:p>
    <w:p w14:paraId="3D1B9C55" w14:textId="0ABE38BF" w:rsidR="003D7082" w:rsidRDefault="00000000">
      <w:pPr>
        <w:jc w:val="center"/>
      </w:pPr>
      <w:r>
        <w:rPr>
          <w:b/>
        </w:rPr>
        <w:t>TITLE OF THE MANUSCRIPT</w:t>
      </w:r>
      <w:r>
        <w:rPr>
          <w:b/>
        </w:rPr>
        <w:br/>
      </w:r>
      <w:r>
        <w:t>(Times New Roman, 16 pt, Bold, Center)</w:t>
      </w:r>
      <w:r>
        <w:br/>
      </w:r>
      <w:r>
        <w:br/>
        <w:t>Author Name1, Author Name2</w:t>
      </w:r>
      <w:r>
        <w:br/>
        <w:t>1 Department, Institution, City, Country</w:t>
      </w:r>
      <w:r>
        <w:br/>
        <w:t>2 Department, Institution, City, Country</w:t>
      </w:r>
      <w:r>
        <w:br/>
        <w:t>Corresponding Author: email@domain.com | ORCID: https://orcid.org/xxxx-xxxx-xxxx-xxxx</w:t>
      </w:r>
    </w:p>
    <w:p w14:paraId="67492CD6" w14:textId="77777777" w:rsidR="003D7082" w:rsidRDefault="00000000">
      <w:pPr>
        <w:pStyle w:val="Heading2"/>
      </w:pPr>
      <w:r>
        <w:t>General Formatting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3D7082" w14:paraId="7157CE0F" w14:textId="77777777">
        <w:tc>
          <w:tcPr>
            <w:tcW w:w="4680" w:type="dxa"/>
          </w:tcPr>
          <w:p w14:paraId="7D4A0446" w14:textId="77777777" w:rsidR="003D7082" w:rsidRDefault="00000000">
            <w:r>
              <w:t>Parameter</w:t>
            </w:r>
          </w:p>
        </w:tc>
        <w:tc>
          <w:tcPr>
            <w:tcW w:w="4680" w:type="dxa"/>
          </w:tcPr>
          <w:p w14:paraId="1B92FF46" w14:textId="77777777" w:rsidR="003D7082" w:rsidRDefault="00000000">
            <w:r>
              <w:t>Requirement</w:t>
            </w:r>
          </w:p>
        </w:tc>
      </w:tr>
      <w:tr w:rsidR="003D7082" w14:paraId="31692F51" w14:textId="77777777">
        <w:tc>
          <w:tcPr>
            <w:tcW w:w="4680" w:type="dxa"/>
          </w:tcPr>
          <w:p w14:paraId="5089070A" w14:textId="77777777" w:rsidR="003D7082" w:rsidRDefault="00000000">
            <w:r>
              <w:t>Paper Size</w:t>
            </w:r>
          </w:p>
        </w:tc>
        <w:tc>
          <w:tcPr>
            <w:tcW w:w="4680" w:type="dxa"/>
          </w:tcPr>
          <w:p w14:paraId="33DFF28F" w14:textId="77777777" w:rsidR="003D7082" w:rsidRDefault="00000000">
            <w:r>
              <w:t>A4</w:t>
            </w:r>
          </w:p>
        </w:tc>
      </w:tr>
      <w:tr w:rsidR="003D7082" w14:paraId="10C8ADDB" w14:textId="77777777">
        <w:tc>
          <w:tcPr>
            <w:tcW w:w="4680" w:type="dxa"/>
          </w:tcPr>
          <w:p w14:paraId="2B490853" w14:textId="77777777" w:rsidR="003D7082" w:rsidRDefault="00000000">
            <w:r>
              <w:t>Margins</w:t>
            </w:r>
          </w:p>
        </w:tc>
        <w:tc>
          <w:tcPr>
            <w:tcW w:w="4680" w:type="dxa"/>
          </w:tcPr>
          <w:p w14:paraId="2BD12016" w14:textId="77777777" w:rsidR="003D7082" w:rsidRDefault="00000000">
            <w:r>
              <w:t>1 inch on all sides</w:t>
            </w:r>
          </w:p>
        </w:tc>
      </w:tr>
      <w:tr w:rsidR="003D7082" w14:paraId="6FD23FF3" w14:textId="77777777">
        <w:tc>
          <w:tcPr>
            <w:tcW w:w="4680" w:type="dxa"/>
          </w:tcPr>
          <w:p w14:paraId="7DC2776E" w14:textId="77777777" w:rsidR="003D7082" w:rsidRDefault="00000000">
            <w:r>
              <w:t>Font</w:t>
            </w:r>
          </w:p>
        </w:tc>
        <w:tc>
          <w:tcPr>
            <w:tcW w:w="4680" w:type="dxa"/>
          </w:tcPr>
          <w:p w14:paraId="286CC51A" w14:textId="77777777" w:rsidR="003D7082" w:rsidRDefault="00000000">
            <w:r>
              <w:t>Times New Roman</w:t>
            </w:r>
          </w:p>
        </w:tc>
      </w:tr>
      <w:tr w:rsidR="003D7082" w14:paraId="1D3088E6" w14:textId="77777777">
        <w:tc>
          <w:tcPr>
            <w:tcW w:w="4680" w:type="dxa"/>
          </w:tcPr>
          <w:p w14:paraId="6FEC2E62" w14:textId="77777777" w:rsidR="003D7082" w:rsidRDefault="00000000">
            <w:r>
              <w:t>Title</w:t>
            </w:r>
          </w:p>
        </w:tc>
        <w:tc>
          <w:tcPr>
            <w:tcW w:w="4680" w:type="dxa"/>
          </w:tcPr>
          <w:p w14:paraId="52BC4F06" w14:textId="77777777" w:rsidR="003D7082" w:rsidRDefault="00000000">
            <w:r>
              <w:t>16 pt, Bold, Center</w:t>
            </w:r>
          </w:p>
        </w:tc>
      </w:tr>
      <w:tr w:rsidR="003D7082" w14:paraId="0E25DDE9" w14:textId="77777777">
        <w:tc>
          <w:tcPr>
            <w:tcW w:w="4680" w:type="dxa"/>
          </w:tcPr>
          <w:p w14:paraId="6A00B2B9" w14:textId="77777777" w:rsidR="003D7082" w:rsidRDefault="00000000">
            <w:r>
              <w:t>Author Names</w:t>
            </w:r>
          </w:p>
        </w:tc>
        <w:tc>
          <w:tcPr>
            <w:tcW w:w="4680" w:type="dxa"/>
          </w:tcPr>
          <w:p w14:paraId="37D554E0" w14:textId="77777777" w:rsidR="003D7082" w:rsidRDefault="00000000">
            <w:r>
              <w:t>12 pt, Bold</w:t>
            </w:r>
          </w:p>
        </w:tc>
      </w:tr>
      <w:tr w:rsidR="003D7082" w14:paraId="044680D7" w14:textId="77777777">
        <w:tc>
          <w:tcPr>
            <w:tcW w:w="4680" w:type="dxa"/>
          </w:tcPr>
          <w:p w14:paraId="5DBEE086" w14:textId="77777777" w:rsidR="003D7082" w:rsidRDefault="00000000">
            <w:r>
              <w:t>Affiliations</w:t>
            </w:r>
          </w:p>
        </w:tc>
        <w:tc>
          <w:tcPr>
            <w:tcW w:w="4680" w:type="dxa"/>
          </w:tcPr>
          <w:p w14:paraId="7EB86D50" w14:textId="77777777" w:rsidR="003D7082" w:rsidRDefault="00000000">
            <w:r>
              <w:t>11 pt</w:t>
            </w:r>
          </w:p>
        </w:tc>
      </w:tr>
      <w:tr w:rsidR="003D7082" w14:paraId="5A041AD4" w14:textId="77777777">
        <w:tc>
          <w:tcPr>
            <w:tcW w:w="4680" w:type="dxa"/>
          </w:tcPr>
          <w:p w14:paraId="1FC96570" w14:textId="77777777" w:rsidR="003D7082" w:rsidRDefault="00000000">
            <w:r>
              <w:t>Body Text</w:t>
            </w:r>
          </w:p>
        </w:tc>
        <w:tc>
          <w:tcPr>
            <w:tcW w:w="4680" w:type="dxa"/>
          </w:tcPr>
          <w:p w14:paraId="0C454F69" w14:textId="77777777" w:rsidR="003D7082" w:rsidRDefault="00000000">
            <w:r>
              <w:t>12 pt, Justified</w:t>
            </w:r>
          </w:p>
        </w:tc>
      </w:tr>
      <w:tr w:rsidR="003D7082" w14:paraId="795A8B9D" w14:textId="77777777">
        <w:tc>
          <w:tcPr>
            <w:tcW w:w="4680" w:type="dxa"/>
          </w:tcPr>
          <w:p w14:paraId="6A860CE2" w14:textId="77777777" w:rsidR="003D7082" w:rsidRDefault="00000000">
            <w:r>
              <w:t>Line Spacing</w:t>
            </w:r>
          </w:p>
        </w:tc>
        <w:tc>
          <w:tcPr>
            <w:tcW w:w="4680" w:type="dxa"/>
          </w:tcPr>
          <w:p w14:paraId="33A91A16" w14:textId="77777777" w:rsidR="003D7082" w:rsidRDefault="00000000">
            <w:r>
              <w:t>1.5</w:t>
            </w:r>
          </w:p>
        </w:tc>
      </w:tr>
      <w:tr w:rsidR="003D7082" w14:paraId="028B6996" w14:textId="77777777">
        <w:tc>
          <w:tcPr>
            <w:tcW w:w="4680" w:type="dxa"/>
          </w:tcPr>
          <w:p w14:paraId="21AB0D22" w14:textId="77777777" w:rsidR="003D7082" w:rsidRDefault="00000000">
            <w:r>
              <w:t>Paragraph Spacing</w:t>
            </w:r>
          </w:p>
        </w:tc>
        <w:tc>
          <w:tcPr>
            <w:tcW w:w="4680" w:type="dxa"/>
          </w:tcPr>
          <w:p w14:paraId="3A239802" w14:textId="77777777" w:rsidR="003D7082" w:rsidRDefault="00000000">
            <w:r>
              <w:t>6 pt after</w:t>
            </w:r>
          </w:p>
        </w:tc>
      </w:tr>
      <w:tr w:rsidR="003D7082" w14:paraId="671C813D" w14:textId="77777777">
        <w:tc>
          <w:tcPr>
            <w:tcW w:w="4680" w:type="dxa"/>
          </w:tcPr>
          <w:p w14:paraId="395E3F56" w14:textId="77777777" w:rsidR="003D7082" w:rsidRDefault="00000000">
            <w:r>
              <w:t>Headings</w:t>
            </w:r>
          </w:p>
        </w:tc>
        <w:tc>
          <w:tcPr>
            <w:tcW w:w="4680" w:type="dxa"/>
          </w:tcPr>
          <w:p w14:paraId="6FB0A7A6" w14:textId="77777777" w:rsidR="003D7082" w:rsidRDefault="00000000">
            <w:r>
              <w:t>14 pt Bold</w:t>
            </w:r>
          </w:p>
        </w:tc>
      </w:tr>
      <w:tr w:rsidR="003D7082" w14:paraId="53956D24" w14:textId="77777777">
        <w:tc>
          <w:tcPr>
            <w:tcW w:w="4680" w:type="dxa"/>
          </w:tcPr>
          <w:p w14:paraId="4B96FDC4" w14:textId="77777777" w:rsidR="003D7082" w:rsidRDefault="00000000">
            <w:r>
              <w:t>Subheadings</w:t>
            </w:r>
          </w:p>
        </w:tc>
        <w:tc>
          <w:tcPr>
            <w:tcW w:w="4680" w:type="dxa"/>
          </w:tcPr>
          <w:p w14:paraId="7A9224A9" w14:textId="77777777" w:rsidR="003D7082" w:rsidRDefault="00000000">
            <w:r>
              <w:t>12 pt Bold</w:t>
            </w:r>
          </w:p>
        </w:tc>
      </w:tr>
      <w:tr w:rsidR="003D7082" w14:paraId="2278627C" w14:textId="77777777">
        <w:tc>
          <w:tcPr>
            <w:tcW w:w="4680" w:type="dxa"/>
          </w:tcPr>
          <w:p w14:paraId="2688E0C3" w14:textId="77777777" w:rsidR="003D7082" w:rsidRDefault="00000000">
            <w:r>
              <w:t>Page Numbers</w:t>
            </w:r>
          </w:p>
        </w:tc>
        <w:tc>
          <w:tcPr>
            <w:tcW w:w="4680" w:type="dxa"/>
          </w:tcPr>
          <w:p w14:paraId="6C2354C8" w14:textId="77777777" w:rsidR="003D7082" w:rsidRDefault="00000000">
            <w:r>
              <w:t>Bottom Center</w:t>
            </w:r>
          </w:p>
        </w:tc>
      </w:tr>
      <w:tr w:rsidR="003D7082" w14:paraId="42BFAE90" w14:textId="77777777">
        <w:tc>
          <w:tcPr>
            <w:tcW w:w="4680" w:type="dxa"/>
          </w:tcPr>
          <w:p w14:paraId="7F670330" w14:textId="77777777" w:rsidR="003D7082" w:rsidRDefault="00000000">
            <w:r>
              <w:t>Language</w:t>
            </w:r>
          </w:p>
        </w:tc>
        <w:tc>
          <w:tcPr>
            <w:tcW w:w="4680" w:type="dxa"/>
          </w:tcPr>
          <w:p w14:paraId="2DF247F8" w14:textId="77777777" w:rsidR="003D7082" w:rsidRDefault="00000000">
            <w:r>
              <w:t>Clear Academic English</w:t>
            </w:r>
          </w:p>
        </w:tc>
      </w:tr>
    </w:tbl>
    <w:p w14:paraId="4E98B05D" w14:textId="77777777" w:rsidR="003D7082" w:rsidRDefault="00000000">
      <w:pPr>
        <w:pStyle w:val="Heading2"/>
      </w:pPr>
      <w:r>
        <w:t>Abstract (200–300 words)</w:t>
      </w:r>
    </w:p>
    <w:p w14:paraId="52B2C8C2" w14:textId="77777777" w:rsidR="003D7082" w:rsidRDefault="00000000">
      <w:r>
        <w:t>Include Background, Objective, Methodology, Results, Conclusion.</w:t>
      </w:r>
    </w:p>
    <w:p w14:paraId="2FCCA6AD" w14:textId="77777777" w:rsidR="003D7082" w:rsidRDefault="00000000">
      <w:pPr>
        <w:pStyle w:val="Heading2"/>
      </w:pPr>
      <w:r>
        <w:t>Keywords</w:t>
      </w:r>
    </w:p>
    <w:p w14:paraId="5922F969" w14:textId="77777777" w:rsidR="003D7082" w:rsidRDefault="00000000">
      <w:r>
        <w:t>Provide 5–8 keywords.</w:t>
      </w:r>
    </w:p>
    <w:p w14:paraId="2DC724AF" w14:textId="77777777" w:rsidR="003D7082" w:rsidRDefault="00000000">
      <w:pPr>
        <w:pStyle w:val="Heading2"/>
      </w:pPr>
      <w:r>
        <w:t>1. Introduction</w:t>
      </w:r>
    </w:p>
    <w:p w14:paraId="4BD72ADC" w14:textId="77777777" w:rsidR="003D7082" w:rsidRDefault="00000000">
      <w:r>
        <w:t>Problem statement, motivation, research gap, objectives, contributions.</w:t>
      </w:r>
    </w:p>
    <w:p w14:paraId="1894193C" w14:textId="77777777" w:rsidR="003D7082" w:rsidRDefault="00000000">
      <w:pPr>
        <w:pStyle w:val="Heading2"/>
      </w:pPr>
      <w:r>
        <w:t>2. Literature Review</w:t>
      </w:r>
    </w:p>
    <w:p w14:paraId="0498C813" w14:textId="77777777" w:rsidR="003D7082" w:rsidRDefault="00000000">
      <w:r>
        <w:t>Summarize previous work, identify limitations, justify the study.</w:t>
      </w:r>
    </w:p>
    <w:p w14:paraId="744039FF" w14:textId="77777777" w:rsidR="003D7082" w:rsidRDefault="00000000">
      <w:pPr>
        <w:pStyle w:val="Heading2"/>
      </w:pPr>
      <w:r>
        <w:t>3. Research Methodology</w:t>
      </w:r>
    </w:p>
    <w:p w14:paraId="5EFDD536" w14:textId="77777777" w:rsidR="003D7082" w:rsidRDefault="00000000">
      <w:r>
        <w:t>Research design, materials, participants/sample, instruments, data collection, algorithms/equations, software, statistical methods.</w:t>
      </w:r>
    </w:p>
    <w:p w14:paraId="4AE94FE9" w14:textId="77777777" w:rsidR="003D7082" w:rsidRDefault="00000000">
      <w:pPr>
        <w:pStyle w:val="Heading2"/>
      </w:pPr>
      <w:r>
        <w:t>4. Results</w:t>
      </w:r>
    </w:p>
    <w:p w14:paraId="73AB6892" w14:textId="77777777" w:rsidR="003D7082" w:rsidRDefault="00000000">
      <w:r>
        <w:t>Present findings using tables, charts, and figures with interpretation.</w:t>
      </w:r>
    </w:p>
    <w:p w14:paraId="11D79B75" w14:textId="77777777" w:rsidR="003D7082" w:rsidRDefault="00000000">
      <w:pPr>
        <w:pStyle w:val="Heading2"/>
      </w:pPr>
      <w:r>
        <w:lastRenderedPageBreak/>
        <w:t>5. Discussion</w:t>
      </w:r>
    </w:p>
    <w:p w14:paraId="17739912" w14:textId="77777777" w:rsidR="003D7082" w:rsidRDefault="00000000">
      <w:r>
        <w:t>Compare findings with previous studies, explain significance and limitations.</w:t>
      </w:r>
    </w:p>
    <w:p w14:paraId="48C3F88B" w14:textId="77777777" w:rsidR="003D7082" w:rsidRDefault="00000000">
      <w:pPr>
        <w:pStyle w:val="Heading2"/>
      </w:pPr>
      <w:r>
        <w:t>6. Conclusion</w:t>
      </w:r>
    </w:p>
    <w:p w14:paraId="2122BE65" w14:textId="77777777" w:rsidR="003D7082" w:rsidRDefault="00000000">
      <w:r>
        <w:t>Summarize findings, practical implications, future work.</w:t>
      </w:r>
    </w:p>
    <w:p w14:paraId="4CEEF09F" w14:textId="77777777" w:rsidR="003D7082" w:rsidRDefault="00000000">
      <w:pPr>
        <w:pStyle w:val="Heading2"/>
      </w:pPr>
      <w:r>
        <w:t>Acknowledgements</w:t>
      </w:r>
    </w:p>
    <w:p w14:paraId="0591EBFE" w14:textId="77777777" w:rsidR="003D7082" w:rsidRDefault="00000000">
      <w:r>
        <w:t>Optional.</w:t>
      </w:r>
    </w:p>
    <w:p w14:paraId="4A1715C9" w14:textId="77777777" w:rsidR="003D7082" w:rsidRDefault="00000000">
      <w:pPr>
        <w:pStyle w:val="Heading2"/>
      </w:pPr>
      <w:r>
        <w:t>Funding Statement</w:t>
      </w:r>
    </w:p>
    <w:p w14:paraId="72ABA7CB" w14:textId="77777777" w:rsidR="003D7082" w:rsidRDefault="00000000">
      <w:r>
        <w:t>Mention funding agency or state no funding.</w:t>
      </w:r>
    </w:p>
    <w:p w14:paraId="3E51068A" w14:textId="77777777" w:rsidR="003D7082" w:rsidRDefault="00000000">
      <w:pPr>
        <w:pStyle w:val="Heading2"/>
      </w:pPr>
      <w:r>
        <w:t>Conflict of Interest</w:t>
      </w:r>
    </w:p>
    <w:p w14:paraId="4574B646" w14:textId="77777777" w:rsidR="003D7082" w:rsidRDefault="00000000">
      <w:r>
        <w:t>Declare any conflicts or state none.</w:t>
      </w:r>
    </w:p>
    <w:p w14:paraId="2981629D" w14:textId="77777777" w:rsidR="003D7082" w:rsidRDefault="00000000">
      <w:pPr>
        <w:pStyle w:val="Heading2"/>
      </w:pPr>
      <w:r>
        <w:t>Author Contributions</w:t>
      </w:r>
    </w:p>
    <w:p w14:paraId="63B0E9F0" w14:textId="77777777" w:rsidR="003D7082" w:rsidRDefault="00000000">
      <w:r>
        <w:t>Describe each author's contribution.</w:t>
      </w:r>
    </w:p>
    <w:p w14:paraId="150B9247" w14:textId="77777777" w:rsidR="003D7082" w:rsidRDefault="00000000">
      <w:pPr>
        <w:pStyle w:val="Heading2"/>
      </w:pPr>
      <w:r>
        <w:t>Data Availability Statement</w:t>
      </w:r>
    </w:p>
    <w:p w14:paraId="77F76B75" w14:textId="77777777" w:rsidR="003D7082" w:rsidRDefault="00000000">
      <w:r>
        <w:t>Explain where data can be accessed.</w:t>
      </w:r>
    </w:p>
    <w:p w14:paraId="69E25426" w14:textId="77777777" w:rsidR="003D7082" w:rsidRDefault="00000000">
      <w:pPr>
        <w:pStyle w:val="Heading2"/>
      </w:pPr>
      <w:r>
        <w:t>Ethical Approval</w:t>
      </w:r>
    </w:p>
    <w:p w14:paraId="2AC31E55" w14:textId="77777777" w:rsidR="003D7082" w:rsidRDefault="00000000">
      <w:r>
        <w:t>Required for human/animal studies.</w:t>
      </w:r>
    </w:p>
    <w:p w14:paraId="1A6F6545" w14:textId="77777777" w:rsidR="003D7082" w:rsidRDefault="00000000">
      <w:pPr>
        <w:pStyle w:val="Heading2"/>
      </w:pPr>
      <w:r>
        <w:t>References</w:t>
      </w:r>
    </w:p>
    <w:p w14:paraId="3E8CB8FF" w14:textId="77777777" w:rsidR="003D7082" w:rsidRDefault="00000000">
      <w:r>
        <w:t>Use one style consistently (APA 7th or IEEE).</w:t>
      </w:r>
    </w:p>
    <w:p w14:paraId="37A1D991" w14:textId="77777777" w:rsidR="003D7082" w:rsidRDefault="00000000">
      <w:pPr>
        <w:pStyle w:val="Heading2"/>
      </w:pPr>
      <w:r>
        <w:t>Tables, Figures and Equations</w:t>
      </w:r>
    </w:p>
    <w:p w14:paraId="57245BBA" w14:textId="77777777" w:rsidR="003D7082" w:rsidRDefault="00000000">
      <w:pPr>
        <w:pStyle w:val="ListBullet"/>
      </w:pPr>
      <w:r>
        <w:t>Number tables and figures sequentially (Table 1, Figure 1).</w:t>
      </w:r>
    </w:p>
    <w:p w14:paraId="28DFD66C" w14:textId="77777777" w:rsidR="003D7082" w:rsidRDefault="00000000">
      <w:pPr>
        <w:pStyle w:val="ListBullet"/>
      </w:pPr>
      <w:r>
        <w:t>Provide captions above tables and below figures.</w:t>
      </w:r>
    </w:p>
    <w:p w14:paraId="2E31BDA2" w14:textId="77777777" w:rsidR="003D7082" w:rsidRDefault="00000000">
      <w:pPr>
        <w:pStyle w:val="ListBullet"/>
      </w:pPr>
      <w:r>
        <w:t>Ensure images are at least 300 dpi.</w:t>
      </w:r>
    </w:p>
    <w:p w14:paraId="4544C5DF" w14:textId="77777777" w:rsidR="003D7082" w:rsidRDefault="00000000">
      <w:pPr>
        <w:pStyle w:val="ListBullet"/>
      </w:pPr>
      <w:r>
        <w:t>Number equations consecutively and cite them in the text.</w:t>
      </w:r>
    </w:p>
    <w:p w14:paraId="7A67C391" w14:textId="77777777" w:rsidR="003D7082" w:rsidRDefault="00000000">
      <w:pPr>
        <w:pStyle w:val="ListBullet"/>
      </w:pPr>
      <w:r>
        <w:t>Define symbols immediately after equations.</w:t>
      </w:r>
    </w:p>
    <w:p w14:paraId="79C67D6B" w14:textId="77777777" w:rsidR="003D7082" w:rsidRDefault="00000000">
      <w:pPr>
        <w:pStyle w:val="Heading2"/>
      </w:pPr>
      <w:r>
        <w:t>Author Submission Checklist</w:t>
      </w:r>
    </w:p>
    <w:p w14:paraId="4EC679DE" w14:textId="77777777" w:rsidR="003D7082" w:rsidRDefault="00000000">
      <w:pPr>
        <w:pStyle w:val="ListBullet"/>
      </w:pPr>
      <w:r>
        <w:t>Original unpublished work.</w:t>
      </w:r>
    </w:p>
    <w:p w14:paraId="2F3E0733" w14:textId="77777777" w:rsidR="003D7082" w:rsidRDefault="00000000">
      <w:pPr>
        <w:pStyle w:val="ListBullet"/>
      </w:pPr>
      <w:r>
        <w:t>Plagiarism checked before submission.</w:t>
      </w:r>
    </w:p>
    <w:p w14:paraId="79A7094A" w14:textId="77777777" w:rsidR="003D7082" w:rsidRDefault="00000000">
      <w:pPr>
        <w:pStyle w:val="ListBullet"/>
      </w:pPr>
      <w:r>
        <w:t>Grammar and language reviewed.</w:t>
      </w:r>
    </w:p>
    <w:p w14:paraId="181C4CF4" w14:textId="77777777" w:rsidR="003D7082" w:rsidRDefault="00000000">
      <w:pPr>
        <w:pStyle w:val="ListBullet"/>
      </w:pPr>
      <w:r>
        <w:t>All figures and tables cited in text.</w:t>
      </w:r>
    </w:p>
    <w:p w14:paraId="10C0E3DE" w14:textId="77777777" w:rsidR="003D7082" w:rsidRDefault="00000000">
      <w:pPr>
        <w:pStyle w:val="ListBullet"/>
      </w:pPr>
      <w:r>
        <w:t>References verified.</w:t>
      </w:r>
    </w:p>
    <w:p w14:paraId="52F26A1A" w14:textId="77777777" w:rsidR="003D7082" w:rsidRDefault="00000000">
      <w:pPr>
        <w:pStyle w:val="ListBullet"/>
      </w:pPr>
      <w:r>
        <w:t>ORCID (recommended).</w:t>
      </w:r>
    </w:p>
    <w:p w14:paraId="38DD58F6" w14:textId="77777777" w:rsidR="003D7082" w:rsidRDefault="00000000">
      <w:pPr>
        <w:pStyle w:val="ListBullet"/>
      </w:pPr>
      <w:r>
        <w:t>Corresponding author identified.</w:t>
      </w:r>
    </w:p>
    <w:p w14:paraId="1EAAB654" w14:textId="77777777" w:rsidR="003D7082" w:rsidRDefault="00000000">
      <w:pPr>
        <w:pStyle w:val="ListBullet"/>
      </w:pPr>
      <w:r>
        <w:t>Ethics, Funding, COI and Data statements included.</w:t>
      </w:r>
    </w:p>
    <w:p w14:paraId="69BC3057" w14:textId="77777777" w:rsidR="006D50A2" w:rsidRDefault="006D50A2" w:rsidP="006D50A2">
      <w:pPr>
        <w:pStyle w:val="ListBullet"/>
        <w:numPr>
          <w:ilvl w:val="0"/>
          <w:numId w:val="0"/>
        </w:numPr>
        <w:ind w:left="360"/>
      </w:pPr>
    </w:p>
    <w:p w14:paraId="162169A5" w14:textId="4B256417" w:rsidR="003D7082" w:rsidRDefault="00000000">
      <w:pPr>
        <w:pStyle w:val="ListBullet"/>
      </w:pPr>
      <w:r>
        <w:t>Permissions obtained for copyrighted material.</w:t>
      </w:r>
    </w:p>
    <w:p w14:paraId="1ADE8A1A" w14:textId="77777777" w:rsidR="003D7082" w:rsidRDefault="00000000">
      <w:pPr>
        <w:pStyle w:val="Heading2"/>
      </w:pPr>
      <w:r>
        <w:t>Reference Examples</w:t>
      </w:r>
    </w:p>
    <w:p w14:paraId="6664D2E5" w14:textId="77777777" w:rsidR="003D7082" w:rsidRDefault="00000000">
      <w:r>
        <w:t>Journal: Author(s). (Year). Title. Journal Name, Volume(Issue), Pages. DOI</w:t>
      </w:r>
    </w:p>
    <w:p w14:paraId="44FB9806" w14:textId="77777777" w:rsidR="003D7082" w:rsidRDefault="00000000">
      <w:r>
        <w:t>Conference: Author(s). (Year). Paper Title. Proceedings..., Pages.</w:t>
      </w:r>
    </w:p>
    <w:p w14:paraId="0303E930" w14:textId="77777777" w:rsidR="003D7082" w:rsidRDefault="00000000">
      <w:r>
        <w:t>Book: Author(s). (Year). Book Title. Publisher.</w:t>
      </w:r>
    </w:p>
    <w:p w14:paraId="48158318" w14:textId="77777777" w:rsidR="003D7082" w:rsidRDefault="00000000">
      <w:r>
        <w:t>Website: Organization. Title. URL. Accessed Date.</w:t>
      </w:r>
    </w:p>
    <w:sectPr w:rsidR="003D7082" w:rsidSect="00034616">
      <w:headerReference w:type="default" r:id="rId8"/>
      <w:footerReference w:type="default" r:id="rId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C23A3" w14:textId="77777777" w:rsidR="00324728" w:rsidRDefault="00324728">
      <w:pPr>
        <w:spacing w:after="0" w:line="240" w:lineRule="auto"/>
      </w:pPr>
      <w:r>
        <w:separator/>
      </w:r>
    </w:p>
  </w:endnote>
  <w:endnote w:type="continuationSeparator" w:id="0">
    <w:p w14:paraId="1454AAF5" w14:textId="77777777" w:rsidR="00324728" w:rsidRDefault="0032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189138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3FD7E" w14:textId="03B47A6C" w:rsidR="00560679" w:rsidRPr="006D50A2" w:rsidRDefault="006D50A2">
        <w:pPr>
          <w:pStyle w:val="Footer"/>
          <w:jc w:val="right"/>
          <w:rPr>
            <w:sz w:val="22"/>
          </w:rPr>
        </w:pPr>
        <w:r w:rsidRPr="006D50A2">
          <w:rPr>
            <w:sz w:val="22"/>
          </w:rPr>
          <w:t>© 2026 Author(s). Licensed under CC BY 4.0</w:t>
        </w:r>
        <w:r w:rsidRPr="006D50A2">
          <w:rPr>
            <w:sz w:val="22"/>
          </w:rPr>
          <w:t xml:space="preserve">                                                                </w:t>
        </w:r>
        <w:r>
          <w:rPr>
            <w:sz w:val="22"/>
          </w:rPr>
          <w:t xml:space="preserve">               </w:t>
        </w:r>
        <w:r w:rsidRPr="006D50A2">
          <w:rPr>
            <w:sz w:val="22"/>
          </w:rPr>
          <w:t xml:space="preserve">               </w:t>
        </w:r>
        <w:r w:rsidR="00560679" w:rsidRPr="006D50A2">
          <w:rPr>
            <w:sz w:val="22"/>
          </w:rPr>
          <w:fldChar w:fldCharType="begin"/>
        </w:r>
        <w:r w:rsidR="00560679" w:rsidRPr="006D50A2">
          <w:rPr>
            <w:sz w:val="22"/>
          </w:rPr>
          <w:instrText xml:space="preserve"> PAGE   \* MERGEFORMAT </w:instrText>
        </w:r>
        <w:r w:rsidR="00560679" w:rsidRPr="006D50A2">
          <w:rPr>
            <w:sz w:val="22"/>
          </w:rPr>
          <w:fldChar w:fldCharType="separate"/>
        </w:r>
        <w:r w:rsidR="00560679" w:rsidRPr="006D50A2">
          <w:rPr>
            <w:noProof/>
            <w:sz w:val="22"/>
          </w:rPr>
          <w:t>2</w:t>
        </w:r>
        <w:r w:rsidR="00560679" w:rsidRPr="006D50A2">
          <w:rPr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97A6B" w14:textId="77777777" w:rsidR="00324728" w:rsidRDefault="00324728">
      <w:pPr>
        <w:spacing w:after="0" w:line="240" w:lineRule="auto"/>
      </w:pPr>
      <w:r>
        <w:separator/>
      </w:r>
    </w:p>
  </w:footnote>
  <w:footnote w:type="continuationSeparator" w:id="0">
    <w:p w14:paraId="443802EB" w14:textId="77777777" w:rsidR="00324728" w:rsidRDefault="00324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AE1E" w14:textId="77777777" w:rsidR="003D7082" w:rsidRPr="00560679" w:rsidRDefault="00000000">
    <w:pPr>
      <w:pStyle w:val="Header"/>
      <w:jc w:val="center"/>
      <w:rPr>
        <w:sz w:val="22"/>
      </w:rPr>
    </w:pPr>
    <w:r w:rsidRPr="00560679">
      <w:rPr>
        <w:b/>
        <w:sz w:val="22"/>
      </w:rPr>
      <w:t>International Journal of Modern Trends and Emerging Research</w:t>
    </w:r>
    <w:r w:rsidRPr="00560679">
      <w:rPr>
        <w:b/>
        <w:sz w:val="22"/>
      </w:rPr>
      <w:br/>
    </w:r>
    <w:r w:rsidRPr="00560679">
      <w:rPr>
        <w:sz w:val="22"/>
      </w:rPr>
      <w:t>Volume 01 | Issue 01 | July 2026</w:t>
    </w:r>
    <w:r w:rsidRPr="00560679">
      <w:rPr>
        <w:sz w:val="22"/>
      </w:rPr>
      <w:br/>
      <w:t>Peer Reviewed | Open Access Journal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7218770">
    <w:abstractNumId w:val="8"/>
  </w:num>
  <w:num w:numId="2" w16cid:durableId="771777620">
    <w:abstractNumId w:val="6"/>
  </w:num>
  <w:num w:numId="3" w16cid:durableId="1337490773">
    <w:abstractNumId w:val="5"/>
  </w:num>
  <w:num w:numId="4" w16cid:durableId="1218276499">
    <w:abstractNumId w:val="4"/>
  </w:num>
  <w:num w:numId="5" w16cid:durableId="658078647">
    <w:abstractNumId w:val="7"/>
  </w:num>
  <w:num w:numId="6" w16cid:durableId="587886889">
    <w:abstractNumId w:val="3"/>
  </w:num>
  <w:num w:numId="7" w16cid:durableId="978656661">
    <w:abstractNumId w:val="2"/>
  </w:num>
  <w:num w:numId="8" w16cid:durableId="1799641588">
    <w:abstractNumId w:val="1"/>
  </w:num>
  <w:num w:numId="9" w16cid:durableId="130707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4728"/>
    <w:rsid w:val="00326F90"/>
    <w:rsid w:val="003D7082"/>
    <w:rsid w:val="00560679"/>
    <w:rsid w:val="006D50A2"/>
    <w:rsid w:val="008E5A6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6AEFEC"/>
  <w14:defaultImageDpi w14:val="300"/>
  <w15:docId w15:val="{1257A404-6FC4-4210-B67E-648F380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Ravindra K</cp:lastModifiedBy>
  <cp:revision>3</cp:revision>
  <dcterms:created xsi:type="dcterms:W3CDTF">2013-12-23T23:15:00Z</dcterms:created>
  <dcterms:modified xsi:type="dcterms:W3CDTF">2026-07-29T10:07:00Z</dcterms:modified>
  <cp:category/>
</cp:coreProperties>
</file>